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Georgia" w:hAnsi="Georgia" w:eastAsia="Georgia" w:cs="Georgia"/>
          <w:b/>
          <w:color w:val="1A1A1A"/>
          <w:sz w:val="44"/>
        </w:rPr>
        <w:t>Model Release Form</w:t>
      </w:r>
    </w:p>
    <w:p>
      <w:pPr>
        <w:jc w:val="center"/>
      </w:pPr>
      <w:r>
        <w:rPr>
          <w:rFonts w:ascii="Arial" w:hAnsi="Arial" w:eastAsia="Arial" w:cs="Arial"/>
          <w:color w:val="6B6B6B"/>
          <w:sz w:val="21"/>
        </w:rPr>
        <w:t>[Photographer or Studio Name]</w:t>
      </w:r>
    </w:p>
    <w:p>
      <w:pPr>
        <w:keepNext/>
        <w:spacing w:before="240" w:after="100"/>
      </w:pPr>
      <w:r>
        <w:rPr>
          <w:rFonts w:ascii="Arial" w:hAnsi="Arial" w:eastAsia="Arial" w:cs="Arial"/>
          <w:b/>
          <w:color w:val="1A1A1A"/>
          <w:sz w:val="21"/>
          <w:spacing w:val="12"/>
        </w:rPr>
        <w:t>AGREEMENT</w:t>
      </w:r>
    </w:p>
    <w:tbl>
      <w:tblPr>
        <w:tblW w:type="dxa" w:w="10080"/>
        <w:jc w:val="left"/>
        <w:tblInd w:w="0"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1080"/>
        <w:gridCol w:w="3708"/>
        <w:gridCol w:w="432"/>
        <w:gridCol w:w="1440"/>
        <w:gridCol w:w="3420"/>
      </w:tblGrid>
      <w:tr>
        <w:trPr>
          <w:trHeight w:val="403" w:hRule="atLeast"/>
        </w:trPr>
        <w:tc>
          <w:tcPr>
            <w:tcW w:type="dxa" w:w="1080"/>
            <w:vAlign w:val="bottom"/>
          </w:tcPr>
          <w:p>
            <w:pPr>
              <w:spacing w:before="0"/>
            </w:pPr>
            <w:r>
              <w:rPr>
                <w:rFonts w:ascii="Arial" w:hAnsi="Arial" w:eastAsia="Arial" w:cs="Arial"/>
                <w:b w:val="0"/>
                <w:i w:val="0"/>
                <w:color w:val="1A1A1A"/>
                <w:sz w:val="20"/>
              </w:rPr>
              <w:t>Model:</w:t>
            </w:r>
          </w:p>
        </w:tc>
        <w:tc>
          <w:tcPr>
            <w:tcW w:type="dxa" w:w="3708"/>
            <w:tcBorders>
              <w:bottom w:val="single" w:sz="6" w:space="0" w:color="404040"/>
            </w:tcBorders>
            <w:vAlign w:val="bottom"/>
          </w:tcPr>
          <w:p>
            <w:pPr/>
          </w:p>
        </w:tc>
        <w:tc>
          <w:tcPr>
            <w:tcW w:type="dxa" w:w="432"/>
            <w:vAlign w:val="bottom"/>
          </w:tcPr>
          <w:p>
            <w:pPr/>
          </w:p>
        </w:tc>
        <w:tc>
          <w:tcPr>
            <w:tcW w:type="dxa" w:w="1440"/>
            <w:vAlign w:val="bottom"/>
          </w:tcPr>
          <w:p>
            <w:pPr>
              <w:spacing w:before="0"/>
            </w:pPr>
            <w:r>
              <w:rPr>
                <w:rFonts w:ascii="Arial" w:hAnsi="Arial" w:eastAsia="Arial" w:cs="Arial"/>
                <w:b w:val="0"/>
                <w:i w:val="0"/>
                <w:color w:val="1A1A1A"/>
                <w:sz w:val="20"/>
              </w:rPr>
              <w:t>Date of Shoot:</w:t>
            </w:r>
          </w:p>
        </w:tc>
        <w:tc>
          <w:tcPr>
            <w:tcW w:type="dxa" w:w="3420"/>
            <w:tcBorders>
              <w:bottom w:val="single" w:sz="6" w:space="0" w:color="404040"/>
            </w:tcBorders>
            <w:vAlign w:val="bottom"/>
          </w:tcPr>
          <w:p>
            <w:pPr/>
          </w:p>
        </w:tc>
      </w:tr>
      <w:tr>
        <w:trPr>
          <w:trHeight w:val="403" w:hRule="atLeast"/>
        </w:trPr>
        <w:tc>
          <w:tcPr>
            <w:tcW w:type="dxa" w:w="1080"/>
            <w:vAlign w:val="bottom"/>
          </w:tcPr>
          <w:p>
            <w:pPr>
              <w:spacing w:before="0"/>
            </w:pPr>
            <w:r>
              <w:rPr>
                <w:rFonts w:ascii="Arial" w:hAnsi="Arial" w:eastAsia="Arial" w:cs="Arial"/>
                <w:b w:val="0"/>
                <w:i w:val="0"/>
                <w:color w:val="1A1A1A"/>
                <w:sz w:val="20"/>
              </w:rPr>
              <w:t>Location:</w:t>
            </w:r>
          </w:p>
        </w:tc>
        <w:tc>
          <w:tcPr>
            <w:tcW w:type="dxa" w:w="9000"/>
            <w:gridSpan w:val="4"/>
            <w:tcBorders>
              <w:bottom w:val="single" w:sz="6" w:space="0" w:color="404040"/>
            </w:tcBorders>
            <w:vAlign w:val="bottom"/>
          </w:tcPr>
          <w:p>
            <w:pPr/>
          </w:p>
        </w:tc>
      </w:tr>
    </w:tbl>
    <w:p>
      <w:pPr>
        <w:keepNext/>
        <w:spacing w:before="200" w:after="100"/>
      </w:pPr>
      <w:r>
        <w:rPr>
          <w:rFonts w:ascii="Arial" w:hAnsi="Arial" w:eastAsia="Arial" w:cs="Arial"/>
          <w:b/>
          <w:color w:val="1A1A1A"/>
          <w:sz w:val="21"/>
          <w:spacing w:val="12"/>
        </w:rPr>
        <w:t>TERMS</w:t>
      </w:r>
    </w:p>
    <w:p>
      <w:pPr>
        <w:numPr>
          <w:ilvl w:val="0"/>
          <w:numId w:val="90"/>
        </w:numPr>
        <w:spacing w:after="60" w:line="257" w:lineRule="auto"/>
      </w:pPr>
      <w:r>
        <w:rPr>
          <w:rFonts w:ascii="Arial" w:hAnsi="Arial" w:eastAsia="Arial" w:cs="Arial"/>
          <w:b/>
          <w:color w:val="1A1A1A"/>
        </w:rPr>
        <w:t xml:space="preserve">Permission.</w:t>
      </w:r>
      <w:r>
        <w:rPr>
          <w:rFonts w:ascii="Arial" w:hAnsi="Arial" w:eastAsia="Arial" w:cs="Arial"/>
          <w:color w:val="1A1A1A"/>
        </w:rPr>
        <w:t xml:space="preserve"> I give [Photographer or Studio Name] (the “Photographer”) permission to use photos and video of me from the shoot above (the “Images”) in any media, worldwide, for any lawful purpose, including portfolio, website, social media, advertising, editorial and commercial use.</w:t>
      </w:r>
    </w:p>
    <w:p>
      <w:pPr>
        <w:numPr>
          <w:ilvl w:val="0"/>
          <w:numId w:val="90"/>
        </w:numPr>
        <w:spacing w:after="60" w:line="257" w:lineRule="auto"/>
      </w:pPr>
      <w:r>
        <w:rPr>
          <w:rFonts w:ascii="Arial" w:hAnsi="Arial" w:eastAsia="Arial" w:cs="Arial"/>
          <w:b/>
          <w:color w:val="1A1A1A"/>
        </w:rPr>
        <w:t xml:space="preserve">Editing.</w:t>
      </w:r>
      <w:r>
        <w:rPr>
          <w:rFonts w:ascii="Arial" w:hAnsi="Arial" w:eastAsia="Arial" w:cs="Arial"/>
          <w:color w:val="1A1A1A"/>
        </w:rPr>
        <w:t xml:space="preserve"> The Photographer may crop, retouch, combine or otherwise edit the Images, and does not need my approval of the final Images or any text used with them.</w:t>
      </w:r>
    </w:p>
    <w:p>
      <w:pPr>
        <w:numPr>
          <w:ilvl w:val="0"/>
          <w:numId w:val="90"/>
        </w:numPr>
        <w:spacing w:after="60" w:line="257" w:lineRule="auto"/>
      </w:pPr>
      <w:r>
        <w:rPr>
          <w:rFonts w:ascii="Arial" w:hAnsi="Arial" w:eastAsia="Arial" w:cs="Arial"/>
          <w:b/>
          <w:color w:val="1A1A1A"/>
        </w:rPr>
        <w:t xml:space="preserve">Ownership.</w:t>
      </w:r>
      <w:r>
        <w:rPr>
          <w:rFonts w:ascii="Arial" w:hAnsi="Arial" w:eastAsia="Arial" w:cs="Arial"/>
          <w:color w:val="1A1A1A"/>
        </w:rPr>
        <w:t xml:space="preserve"> The Photographer owns the Images, including all copyrights. I may use Images the Photographer gives me in my personal portfolio and social media, but I may not sell or license them.</w:t>
      </w:r>
    </w:p>
    <w:p>
      <w:pPr>
        <w:numPr>
          <w:ilvl w:val="0"/>
          <w:numId w:val="90"/>
        </w:numPr>
        <w:spacing w:after="60" w:line="257" w:lineRule="auto"/>
      </w:pPr>
      <w:r>
        <w:rPr>
          <w:rFonts w:ascii="Arial" w:hAnsi="Arial" w:eastAsia="Arial" w:cs="Arial"/>
          <w:b/>
          <w:color w:val="1A1A1A"/>
        </w:rPr>
        <w:t xml:space="preserve">Compensation.</w:t>
      </w:r>
      <w:r>
        <w:rPr>
          <w:rFonts w:ascii="Arial" w:hAnsi="Arial" w:eastAsia="Arial" w:cs="Arial"/>
          <w:color w:val="1A1A1A"/>
        </w:rPr>
        <w:t xml:space="preserve"> In exchange for this release I will receive: ________________________________________</w:t>
      </w:r>
    </w:p>
    <w:p>
      <w:pPr>
        <w:numPr>
          <w:ilvl w:val="0"/>
          <w:numId w:val="90"/>
        </w:numPr>
        <w:spacing w:after="60" w:line="257" w:lineRule="auto"/>
      </w:pPr>
      <w:r>
        <w:rPr>
          <w:rFonts w:ascii="Arial" w:hAnsi="Arial" w:eastAsia="Arial" w:cs="Arial"/>
          <w:b/>
          <w:color w:val="1A1A1A"/>
        </w:rPr>
        <w:t xml:space="preserve">Release.</w:t>
      </w:r>
      <w:r>
        <w:rPr>
          <w:rFonts w:ascii="Arial" w:hAnsi="Arial" w:eastAsia="Arial" w:cs="Arial"/>
          <w:color w:val="1A1A1A"/>
        </w:rPr>
        <w:t xml:space="preserve"> I release the Photographer from any claims related to the use of the Images, including invasion of privacy, right of publicity and defamation.</w:t>
      </w:r>
    </w:p>
    <w:p>
      <w:pPr>
        <w:numPr>
          <w:ilvl w:val="0"/>
          <w:numId w:val="90"/>
        </w:numPr>
        <w:spacing w:after="60" w:line="257" w:lineRule="auto"/>
      </w:pPr>
      <w:r>
        <w:rPr>
          <w:rFonts w:ascii="Arial" w:hAnsi="Arial" w:eastAsia="Arial" w:cs="Arial"/>
          <w:b/>
          <w:color w:val="1A1A1A"/>
        </w:rPr>
        <w:t xml:space="preserve">Binding.</w:t>
      </w:r>
      <w:r>
        <w:rPr>
          <w:rFonts w:ascii="Arial" w:hAnsi="Arial" w:eastAsia="Arial" w:cs="Arial"/>
          <w:color w:val="1A1A1A"/>
        </w:rPr>
        <w:t xml:space="preserve"> This release is irrevocable and binds my heirs, legal representatives and assigns.</w:t>
      </w:r>
    </w:p>
    <w:p>
      <w:pPr>
        <w:keepNext/>
        <w:spacing w:before="160"/>
      </w:pPr>
      <w:r>
        <w:rPr>
          <w:rFonts w:ascii="Arial" w:hAnsi="Arial" w:eastAsia="Arial" w:cs="Arial"/>
          <w:b/>
          <w:color w:val="1A1A1A"/>
        </w:rPr>
        <w:t xml:space="preserve">I have read and understand this release, and I am at least 18 years old.</w:t>
      </w:r>
    </w:p>
    <w:p>
      <w:pPr>
        <w:keepNext/>
        <w:spacing w:before="200" w:after="100"/>
      </w:pPr>
      <w:r>
        <w:rPr>
          <w:rFonts w:ascii="Arial" w:hAnsi="Arial" w:eastAsia="Arial" w:cs="Arial"/>
          <w:b/>
          <w:color w:val="1A1A1A"/>
          <w:sz w:val="21"/>
          <w:spacing w:val="12"/>
        </w:rPr>
        <w:t>SIGNATURES</w:t>
      </w:r>
    </w:p>
    <w:tbl>
      <w:tblPr>
        <w:tblW w:type="dxa" w:w="10080"/>
        <w:jc w:val="left"/>
        <w:tblInd w:w="0" w:type="dxa"/>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6336"/>
        <w:gridCol w:w="576"/>
        <w:gridCol w:w="3168"/>
      </w:tblGrid>
      <w:tr>
        <w:trPr>
          <w:trHeight w:val="576" w:hRule="exact"/>
        </w:trPr>
        <w:tc>
          <w:tcPr>
            <w:tcW w:type="dxa" w:w="6336"/>
            <w:tcBorders>
              <w:bottom w:val="single" w:sz="6" w:space="0" w:color="404040"/>
            </w:tcBorders>
          </w:tcPr>
          <w:p>
            <w:pPr>
              <w:keepNext/>
            </w:pPr>
          </w:p>
        </w:tc>
        <w:tc>
          <w:tcPr>
            <w:tcW w:type="dxa" w:w="576"/>
          </w:tcPr>
          <w:p>
            <w:pPr>
              <w:keepNext/>
            </w:pPr>
          </w:p>
        </w:tc>
        <w:tc>
          <w:tcPr>
            <w:tcW w:type="dxa" w:w="3168"/>
            <w:tcBorders>
              <w:bottom w:val="single" w:sz="6" w:space="0" w:color="404040"/>
            </w:tcBorders>
          </w:tcPr>
          <w:p>
            <w:pPr>
              <w:keepNext/>
            </w:pPr>
          </w:p>
        </w:tc>
      </w:tr>
      <w:tr>
        <w:tc>
          <w:tcPr>
            <w:tcW w:type="dxa" w:w="6336"/>
          </w:tcPr>
          <w:p>
            <w:pPr>
              <w:keepNext/>
              <w:spacing w:before="40"/>
            </w:pPr>
            <w:r>
              <w:rPr>
                <w:rFonts w:ascii="Arial" w:hAnsi="Arial" w:eastAsia="Arial" w:cs="Arial"/>
                <w:b w:val="0"/>
                <w:i w:val="0"/>
                <w:color w:val="6B6B6B"/>
                <w:sz w:val="17"/>
              </w:rPr>
              <w:t>Model Signature</w:t>
            </w:r>
          </w:p>
        </w:tc>
        <w:tc>
          <w:tcPr>
            <w:tcW w:type="dxa" w:w="576"/>
          </w:tcPr>
          <w:p>
            <w:pPr>
              <w:keepNext/>
            </w:pPr>
          </w:p>
        </w:tc>
        <w:tc>
          <w:tcPr>
            <w:tcW w:type="dxa" w:w="3168"/>
          </w:tcPr>
          <w:p>
            <w:pPr>
              <w:keepNext/>
              <w:spacing w:before="40"/>
            </w:pPr>
            <w:r>
              <w:rPr>
                <w:rFonts w:ascii="Arial" w:hAnsi="Arial" w:eastAsia="Arial" w:cs="Arial"/>
                <w:b w:val="0"/>
                <w:i w:val="0"/>
                <w:color w:val="6B6B6B"/>
                <w:sz w:val="17"/>
              </w:rPr>
              <w:t>Date</w:t>
            </w:r>
          </w:p>
        </w:tc>
      </w:tr>
      <w:tr>
        <w:trPr>
          <w:trHeight w:val="576" w:hRule="exact"/>
        </w:trPr>
        <w:tc>
          <w:tcPr>
            <w:tcW w:type="dxa" w:w="6336"/>
            <w:tcBorders>
              <w:bottom w:val="single" w:sz="6" w:space="0" w:color="404040"/>
            </w:tcBorders>
          </w:tcPr>
          <w:p>
            <w:pPr>
              <w:keepNext/>
            </w:pPr>
          </w:p>
        </w:tc>
        <w:tc>
          <w:tcPr>
            <w:tcW w:type="dxa" w:w="576"/>
          </w:tcPr>
          <w:p>
            <w:pPr>
              <w:keepNext/>
            </w:pPr>
          </w:p>
        </w:tc>
        <w:tc>
          <w:tcPr>
            <w:tcW w:type="dxa" w:w="3168"/>
            <w:tcBorders>
              <w:bottom w:val="single" w:sz="6" w:space="0" w:color="404040"/>
            </w:tcBorders>
          </w:tcPr>
          <w:p>
            <w:pPr>
              <w:keepNext/>
            </w:pPr>
          </w:p>
        </w:tc>
      </w:tr>
      <w:tr>
        <w:tc>
          <w:tcPr>
            <w:tcW w:type="dxa" w:w="6336"/>
          </w:tcPr>
          <w:p>
            <w:pPr>
              <w:keepNext/>
              <w:spacing w:before="40"/>
            </w:pPr>
            <w:r>
              <w:rPr>
                <w:rFonts w:ascii="Arial" w:hAnsi="Arial" w:eastAsia="Arial" w:cs="Arial"/>
                <w:b w:val="0"/>
                <w:i w:val="0"/>
                <w:color w:val="6B6B6B"/>
                <w:sz w:val="17"/>
              </w:rPr>
              <w:t>Model Printed Name</w:t>
            </w:r>
          </w:p>
        </w:tc>
        <w:tc>
          <w:tcPr>
            <w:tcW w:type="dxa" w:w="576"/>
          </w:tcPr>
          <w:p>
            <w:pPr>
              <w:keepNext/>
            </w:pPr>
          </w:p>
        </w:tc>
        <w:tc>
          <w:tcPr>
            <w:tcW w:type="dxa" w:w="3168"/>
          </w:tcPr>
          <w:p>
            <w:pPr>
              <w:keepNext/>
              <w:spacing w:before="40"/>
            </w:pPr>
            <w:r>
              <w:rPr>
                <w:rFonts w:ascii="Arial" w:hAnsi="Arial" w:eastAsia="Arial" w:cs="Arial"/>
                <w:b w:val="0"/>
                <w:i w:val="0"/>
                <w:color w:val="6B6B6B"/>
                <w:sz w:val="17"/>
              </w:rPr>
              <w:t>Email or Phone</w:t>
            </w:r>
          </w:p>
        </w:tc>
      </w:tr>
      <w:tr>
        <w:trPr>
          <w:trHeight w:val="576" w:hRule="exact"/>
        </w:trPr>
        <w:tc>
          <w:tcPr>
            <w:tcW w:type="dxa" w:w="6336"/>
            <w:tcBorders>
              <w:bottom w:val="single" w:sz="6" w:space="0" w:color="404040"/>
            </w:tcBorders>
          </w:tcPr>
          <w:p>
            <w:pPr>
              <w:keepNext/>
            </w:pPr>
          </w:p>
        </w:tc>
        <w:tc>
          <w:tcPr>
            <w:tcW w:type="dxa" w:w="576"/>
          </w:tcPr>
          <w:p>
            <w:pPr>
              <w:keepNext/>
            </w:pPr>
          </w:p>
        </w:tc>
        <w:tc>
          <w:tcPr>
            <w:tcW w:type="dxa" w:w="3168"/>
            <w:tcBorders>
              <w:bottom w:val="single" w:sz="6" w:space="0" w:color="404040"/>
            </w:tcBorders>
          </w:tcPr>
          <w:p>
            <w:pPr>
              <w:keepNext/>
            </w:pPr>
          </w:p>
        </w:tc>
      </w:tr>
      <w:tr>
        <w:tc>
          <w:tcPr>
            <w:tcW w:type="dxa" w:w="6336"/>
          </w:tcPr>
          <w:p>
            <w:pPr>
              <w:keepNext/>
              <w:spacing w:before="40"/>
            </w:pPr>
            <w:r>
              <w:rPr>
                <w:rFonts w:ascii="Arial" w:hAnsi="Arial" w:eastAsia="Arial" w:cs="Arial"/>
                <w:b w:val="0"/>
                <w:i w:val="0"/>
                <w:color w:val="6B6B6B"/>
                <w:sz w:val="17"/>
              </w:rPr>
              <w:t>Photographer Signature</w:t>
            </w:r>
          </w:p>
        </w:tc>
        <w:tc>
          <w:tcPr>
            <w:tcW w:type="dxa" w:w="576"/>
          </w:tcPr>
          <w:p>
            <w:pPr>
              <w:keepNext/>
            </w:pPr>
          </w:p>
        </w:tc>
        <w:tc>
          <w:tcPr>
            <w:tcW w:type="dxa" w:w="3168"/>
          </w:tcPr>
          <w:p>
            <w:pPr>
              <w:keepNext/>
              <w:spacing w:before="40"/>
            </w:pPr>
            <w:r>
              <w:rPr>
                <w:rFonts w:ascii="Arial" w:hAnsi="Arial" w:eastAsia="Arial" w:cs="Arial"/>
                <w:b w:val="0"/>
                <w:i w:val="0"/>
                <w:color w:val="6B6B6B"/>
                <w:sz w:val="17"/>
              </w:rPr>
              <w:t>Date</w:t>
            </w:r>
          </w:p>
        </w:tc>
      </w:tr>
    </w:tbl>
    <w:p>
      <w:pPr>
        <w:spacing w:before="280"/>
        <w:jc w:val="center"/>
      </w:pPr>
      <w:r>
        <w:rPr>
          <w:rFonts w:ascii="Arial" w:hAnsi="Arial" w:eastAsia="Arial" w:cs="Arial"/>
          <w:i/>
          <w:color w:val="6B6B6B"/>
          <w:sz w:val="16"/>
        </w:rPr>
        <w:t>Sample only, not legal advice. Consult an attorney for your jurisdiction.</w:t>
      </w:r>
    </w:p>
    <w:sectPr w:rsidR="00FC693F" w:rsidRPr="0006063C" w:rsidSect="00034616">
      <w:pgSz w:w="12240" w:h="15840"/>
      <w:pgMar w:top="1080" w:right="1080" w:bottom="1080" w:left="108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
    <w:multiLevelType w:val="singleLevel"/>
    <w:lvl w:ilvl="0">
      <w:start w:val="1"/>
      <w:numFmt w:val="decimal"/>
      <w:lvlText w:val="%1."/>
      <w:lvlJc w:val="left"/>
      <w:pPr>
        <w:ind w:left="300" w:hanging="300"/>
      </w:pPr>
      <w:rPr>
        <w:rFonts w:ascii="Arial" w:hAnsi="Arial" w:cs="Arial"/>
        <w:b/>
        <w:sz w:val="20"/>
        <w:szCs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eastAsia="Arial" w:cs="Arial"/>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Release Form</dc:title>
  <dc:subject/>
  <dc:creator>Lightfolio</dc:creator>
  <cp:keywords/>
  <dc:description/>
  <cp:lastModifiedBy>Lightfolio</cp:lastModifiedBy>
  <cp:revision>1</cp:revision>
  <dcterms:created xsi:type="dcterms:W3CDTF">2026-09-24T21:12:46Z</dcterms:created>
  <dcterms:modified xsi:type="dcterms:W3CDTF">2026-09-24T21:12:46Z</dcterms:modified>
  <cp:category/>
</cp:coreProperties>
</file>