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Georgia" w:hAnsi="Georgia" w:eastAsia="Georgia" w:cs="Georgia"/>
          <w:b/>
          <w:color w:val="1A1A1A"/>
          <w:sz w:val="44"/>
        </w:rPr>
        <w:t>Photo Release Form</w:t>
      </w:r>
    </w:p>
    <w:p>
      <w:pPr>
        <w:jc w:val="center"/>
      </w:pPr>
      <w:r>
        <w:rPr>
          <w:rFonts w:ascii="Arial" w:hAnsi="Arial" w:eastAsia="Arial" w:cs="Arial"/>
          <w:color w:val="6B6B6B"/>
          <w:sz w:val="21"/>
        </w:rPr>
        <w:t>[Organization or Photographer Name]</w:t>
      </w:r>
    </w:p>
    <w:p>
      <w:pPr>
        <w:keepNext/>
        <w:spacing w:before="240" w:after="100"/>
      </w:pPr>
      <w:r>
        <w:rPr>
          <w:rFonts w:ascii="Arial" w:hAnsi="Arial" w:eastAsia="Arial" w:cs="Arial"/>
          <w:b/>
          <w:color w:val="1A1A1A"/>
          <w:sz w:val="21"/>
          <w:spacing w:val="12"/>
        </w:rPr>
        <w:t>AGREEMENT</w:t>
      </w:r>
    </w:p>
    <w:tbl>
      <w:tblPr>
        <w:tblW w:type="dxa" w:w="10080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483"/>
        <w:gridCol w:w="2880"/>
        <w:gridCol w:w="432"/>
        <w:gridCol w:w="907"/>
        <w:gridCol w:w="4378"/>
      </w:tblGrid>
      <w:tr>
        <w:trPr>
          <w:trHeight w:val="403" w:hRule="atLeast"/>
        </w:trPr>
        <w:tc>
          <w:tcPr>
            <w:tcW w:type="dxa" w:w="1483"/>
            <w:vAlign w:val="bottom"/>
          </w:tcPr>
          <w:p>
            <w:pPr>
              <w:spacing w:before="0"/>
            </w:pPr>
            <w:r>
              <w:rPr>
                <w:rFonts w:ascii="Arial" w:hAnsi="Arial" w:eastAsia="Arial" w:cs="Arial"/>
                <w:b w:val="0"/>
                <w:i w:val="0"/>
                <w:color w:val="1A1A1A"/>
                <w:sz w:val="20"/>
              </w:rPr>
              <w:t>Date of Photos:</w:t>
            </w:r>
          </w:p>
        </w:tc>
        <w:tc>
          <w:tcPr>
            <w:tcW w:type="dxa" w:w="2880"/>
            <w:tcBorders>
              <w:bottom w:val="single" w:sz="6" w:space="0" w:color="404040"/>
            </w:tcBorders>
            <w:vAlign w:val="bottom"/>
          </w:tcPr>
          <w:p/>
        </w:tc>
        <w:tc>
          <w:tcPr>
            <w:tcW w:type="dxa" w:w="432"/>
            <w:vAlign w:val="bottom"/>
          </w:tcPr>
          <w:p/>
        </w:tc>
        <w:tc>
          <w:tcPr>
            <w:tcW w:type="dxa" w:w="907"/>
            <w:vAlign w:val="bottom"/>
          </w:tcPr>
          <w:p>
            <w:pPr>
              <w:spacing w:before="0"/>
            </w:pPr>
            <w:r>
              <w:rPr>
                <w:rFonts w:ascii="Arial" w:hAnsi="Arial" w:eastAsia="Arial" w:cs="Arial"/>
                <w:b w:val="0"/>
                <w:i w:val="0"/>
                <w:color w:val="1A1A1A"/>
                <w:sz w:val="20"/>
              </w:rPr>
              <w:t>Location:</w:t>
            </w:r>
          </w:p>
        </w:tc>
        <w:tc>
          <w:tcPr>
            <w:tcW w:type="dxa" w:w="4378"/>
            <w:tcBorders>
              <w:bottom w:val="single" w:sz="6" w:space="0" w:color="404040"/>
            </w:tcBorders>
            <w:vAlign w:val="bottom"/>
          </w:tcPr>
          <w:p/>
        </w:tc>
      </w:tr>
    </w:tbl>
    <w:p>
      <w:pPr>
        <w:keepNext/>
        <w:spacing w:before="200" w:after="100"/>
      </w:pPr>
      <w:r>
        <w:rPr>
          <w:rFonts w:ascii="Arial" w:hAnsi="Arial" w:eastAsia="Arial" w:cs="Arial"/>
          <w:b/>
          <w:color w:val="1A1A1A"/>
          <w:sz w:val="21"/>
          <w:spacing w:val="12"/>
        </w:rPr>
        <w:t>TERMS</w:t>
      </w:r>
    </w:p>
    <w:p>
      <w:pPr>
        <w:numPr>
          <w:ilvl w:val="0"/>
          <w:numId w:val="90"/>
        </w:numPr>
        <w:spacing w:after="60" w:line="257" w:lineRule="auto"/>
      </w:pPr>
      <w:r>
        <w:rPr>
          <w:rFonts w:ascii="Arial" w:hAnsi="Arial" w:eastAsia="Arial" w:cs="Arial"/>
          <w:b/>
          <w:color w:val="1A1A1A"/>
        </w:rPr>
        <w:t>Permission.</w:t>
      </w:r>
      <w:r>
        <w:rPr>
          <w:rFonts w:ascii="Arial" w:hAnsi="Arial" w:eastAsia="Arial" w:cs="Arial"/>
          <w:color w:val="1A1A1A"/>
        </w:rPr>
        <w:t xml:space="preserve"> I give [Organization or Photographer Name] (the “Organization”) permission to use photos and video of me (the “Images”) for any lawful purpose, including websites, social media, print and advertising. This permission is irrevocable.</w:t>
      </w:r>
    </w:p>
    <w:p>
      <w:pPr>
        <w:numPr>
          <w:ilvl w:val="0"/>
          <w:numId w:val="90"/>
        </w:numPr>
        <w:spacing w:after="60" w:line="257" w:lineRule="auto"/>
      </w:pPr>
      <w:r>
        <w:rPr>
          <w:rFonts w:ascii="Arial" w:hAnsi="Arial" w:eastAsia="Arial" w:cs="Arial"/>
          <w:b/>
          <w:color w:val="1A1A1A"/>
        </w:rPr>
        <w:t>Editing.</w:t>
      </w:r>
      <w:r>
        <w:rPr>
          <w:rFonts w:ascii="Arial" w:hAnsi="Arial" w:eastAsia="Arial" w:cs="Arial"/>
          <w:color w:val="1A1A1A"/>
        </w:rPr>
        <w:t xml:space="preserve"> The Organization may crop, retouch or otherwise edit the Images, and does not need my approval before using them.</w:t>
      </w:r>
    </w:p>
    <w:p>
      <w:pPr>
        <w:numPr>
          <w:ilvl w:val="0"/>
          <w:numId w:val="90"/>
        </w:numPr>
        <w:spacing w:after="60" w:line="257" w:lineRule="auto"/>
      </w:pPr>
      <w:r>
        <w:rPr>
          <w:rFonts w:ascii="Arial" w:hAnsi="Arial" w:eastAsia="Arial" w:cs="Arial"/>
          <w:b/>
          <w:color w:val="1A1A1A"/>
        </w:rPr>
        <w:t>Compensation.</w:t>
      </w:r>
      <w:r>
        <w:rPr>
          <w:rFonts w:ascii="Arial" w:hAnsi="Arial" w:eastAsia="Arial" w:cs="Arial"/>
          <w:color w:val="1A1A1A"/>
        </w:rPr>
        <w:t xml:space="preserve"> I will not be paid for this release or for any use of the Images.</w:t>
      </w:r>
    </w:p>
    <w:p>
      <w:pPr>
        <w:numPr>
          <w:ilvl w:val="0"/>
          <w:numId w:val="90"/>
        </w:numPr>
        <w:spacing w:after="60" w:line="257" w:lineRule="auto"/>
      </w:pPr>
      <w:r>
        <w:rPr>
          <w:rFonts w:ascii="Arial" w:hAnsi="Arial" w:eastAsia="Arial" w:cs="Arial"/>
          <w:b/>
          <w:color w:val="1A1A1A"/>
        </w:rPr>
        <w:t>Ownership.</w:t>
      </w:r>
      <w:r>
        <w:rPr>
          <w:rFonts w:ascii="Arial" w:hAnsi="Arial" w:eastAsia="Arial" w:cs="Arial"/>
          <w:color w:val="1A1A1A"/>
        </w:rPr>
        <w:t xml:space="preserve"> The Organization owns the Images, including all copyrights.</w:t>
      </w:r>
    </w:p>
    <w:p>
      <w:pPr>
        <w:numPr>
          <w:ilvl w:val="0"/>
          <w:numId w:val="90"/>
        </w:numPr>
        <w:spacing w:after="60" w:line="257" w:lineRule="auto"/>
      </w:pPr>
      <w:r>
        <w:rPr>
          <w:rFonts w:ascii="Arial" w:hAnsi="Arial" w:eastAsia="Arial" w:cs="Arial"/>
          <w:b/>
          <w:color w:val="1A1A1A"/>
        </w:rPr>
        <w:t>Release.</w:t>
      </w:r>
      <w:r>
        <w:rPr>
          <w:rFonts w:ascii="Arial" w:hAnsi="Arial" w:eastAsia="Arial" w:cs="Arial"/>
          <w:color w:val="1A1A1A"/>
        </w:rPr>
        <w:t xml:space="preserve"> I release the Organization from any claims related to the use of the Images.</w:t>
      </w:r>
    </w:p>
    <w:p>
      <w:pPr>
        <w:keepNext/>
        <w:spacing w:before="160"/>
      </w:pPr>
      <w:r>
        <w:rPr>
          <w:rFonts w:ascii="Arial" w:hAnsi="Arial" w:eastAsia="Arial" w:cs="Arial"/>
          <w:b/>
          <w:color w:val="1A1A1A"/>
        </w:rPr>
        <w:t>I have read and understand this release, and I am at least 18 years old.</w:t>
      </w:r>
    </w:p>
    <w:p>
      <w:pPr>
        <w:keepNext/>
        <w:spacing w:before="200" w:after="100"/>
      </w:pPr>
      <w:r>
        <w:rPr>
          <w:rFonts w:ascii="Arial" w:hAnsi="Arial" w:eastAsia="Arial" w:cs="Arial"/>
          <w:b/>
          <w:color w:val="1A1A1A"/>
          <w:sz w:val="21"/>
          <w:spacing w:val="12"/>
        </w:rPr>
        <w:t>SIGNATURE</w:t>
      </w:r>
    </w:p>
    <w:tbl>
      <w:tblPr>
        <w:tblW w:type="dxa" w:w="10080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336"/>
        <w:gridCol w:w="576"/>
        <w:gridCol w:w="3168"/>
      </w:tblGrid>
      <w:tr>
        <w:trPr>
          <w:trHeight w:val="576" w:hRule="exact"/>
        </w:trPr>
        <w:tc>
          <w:tcPr>
            <w:tcW w:type="dxa" w:w="6336"/>
            <w:tcBorders>
              <w:bottom w:val="single" w:sz="6" w:space="0" w:color="404040"/>
            </w:tcBorders>
          </w:tcPr>
          <w:p>
            <w:pPr>
              <w:keepNext/>
            </w:pPr>
          </w:p>
        </w:tc>
        <w:tc>
          <w:tcPr>
            <w:tcW w:type="dxa" w:w="576"/>
          </w:tcPr>
          <w:p>
            <w:pPr>
              <w:keepNext/>
            </w:pPr>
          </w:p>
        </w:tc>
        <w:tc>
          <w:tcPr>
            <w:tcW w:type="dxa" w:w="3168"/>
            <w:tcBorders>
              <w:bottom w:val="single" w:sz="6" w:space="0" w:color="404040"/>
            </w:tcBorders>
          </w:tcPr>
          <w:p>
            <w:pPr>
              <w:keepNext/>
            </w:pPr>
          </w:p>
        </w:tc>
      </w:tr>
      <w:tr>
        <w:tc>
          <w:tcPr>
            <w:tcW w:type="dxa" w:w="6336"/>
          </w:tcPr>
          <w:p>
            <w:pPr>
              <w:keepNext/>
              <w:spacing w:before="40"/>
            </w:pPr>
            <w:r>
              <w:rPr>
                <w:rFonts w:ascii="Arial" w:hAnsi="Arial" w:eastAsia="Arial" w:cs="Arial"/>
                <w:b w:val="0"/>
                <w:i w:val="0"/>
                <w:color w:val="6B6B6B"/>
                <w:sz w:val="17"/>
              </w:rPr>
              <w:t>Signature</w:t>
            </w:r>
          </w:p>
        </w:tc>
        <w:tc>
          <w:tcPr>
            <w:tcW w:type="dxa" w:w="576"/>
          </w:tcPr>
          <w:p>
            <w:pPr>
              <w:keepNext/>
            </w:pPr>
          </w:p>
        </w:tc>
        <w:tc>
          <w:tcPr>
            <w:tcW w:type="dxa" w:w="3168"/>
          </w:tcPr>
          <w:p>
            <w:pPr>
              <w:keepNext/>
              <w:spacing w:before="40"/>
            </w:pPr>
            <w:r>
              <w:rPr>
                <w:rFonts w:ascii="Arial" w:hAnsi="Arial" w:eastAsia="Arial" w:cs="Arial"/>
                <w:b w:val="0"/>
                <w:i w:val="0"/>
                <w:color w:val="6B6B6B"/>
                <w:sz w:val="17"/>
              </w:rPr>
              <w:t>Date</w:t>
            </w:r>
          </w:p>
        </w:tc>
      </w:tr>
      <w:tr>
        <w:trPr>
          <w:trHeight w:val="576" w:hRule="exact"/>
        </w:trPr>
        <w:tc>
          <w:tcPr>
            <w:tcW w:type="dxa" w:w="6336"/>
            <w:tcBorders>
              <w:bottom w:val="single" w:sz="6" w:space="0" w:color="404040"/>
            </w:tcBorders>
          </w:tcPr>
          <w:p>
            <w:pPr>
              <w:keepNext/>
            </w:pPr>
          </w:p>
        </w:tc>
        <w:tc>
          <w:tcPr>
            <w:tcW w:type="dxa" w:w="576"/>
          </w:tcPr>
          <w:p>
            <w:pPr>
              <w:keepNext/>
            </w:pPr>
          </w:p>
        </w:tc>
        <w:tc>
          <w:tcPr>
            <w:tcW w:type="dxa" w:w="3168"/>
          </w:tcPr>
          <w:p>
            <w:pPr>
              <w:keepNext/>
            </w:pPr>
          </w:p>
        </w:tc>
      </w:tr>
      <w:tr>
        <w:tc>
          <w:tcPr>
            <w:tcW w:type="dxa" w:w="6336"/>
          </w:tcPr>
          <w:p>
            <w:pPr>
              <w:keepNext/>
              <w:spacing w:before="40"/>
            </w:pPr>
            <w:r>
              <w:rPr>
                <w:rFonts w:ascii="Arial" w:hAnsi="Arial" w:eastAsia="Arial" w:cs="Arial"/>
                <w:b w:val="0"/>
                <w:i w:val="0"/>
                <w:color w:val="6B6B6B"/>
                <w:sz w:val="17"/>
              </w:rPr>
              <w:t>Printed Name</w:t>
            </w:r>
          </w:p>
        </w:tc>
        <w:tc>
          <w:tcPr>
            <w:tcW w:type="dxa" w:w="576"/>
          </w:tcPr>
          <w:p>
            <w:pPr>
              <w:keepNext/>
            </w:pPr>
          </w:p>
        </w:tc>
        <w:tc>
          <w:tcPr>
            <w:tcW w:type="dxa" w:w="3168"/>
          </w:tcPr>
          <w:p>
            <w:pPr>
              <w:keepNext/>
            </w:pPr>
          </w:p>
        </w:tc>
      </w:tr>
      <w:tr>
        <w:trPr>
          <w:trHeight w:val="576" w:hRule="exact"/>
        </w:trPr>
        <w:tc>
          <w:tcPr>
            <w:tcW w:type="dxa" w:w="6336"/>
            <w:tcBorders>
              <w:bottom w:val="single" w:sz="6" w:space="0" w:color="404040"/>
            </w:tcBorders>
          </w:tcPr>
          <w:p>
            <w:pPr>
              <w:keepNext/>
            </w:pPr>
          </w:p>
        </w:tc>
        <w:tc>
          <w:tcPr>
            <w:tcW w:type="dxa" w:w="576"/>
          </w:tcPr>
          <w:p>
            <w:pPr>
              <w:keepNext/>
            </w:pPr>
          </w:p>
        </w:tc>
        <w:tc>
          <w:tcPr>
            <w:tcW w:type="dxa" w:w="3168"/>
          </w:tcPr>
          <w:p>
            <w:pPr>
              <w:keepNext/>
            </w:pPr>
          </w:p>
        </w:tc>
      </w:tr>
      <w:tr>
        <w:tc>
          <w:tcPr>
            <w:tcW w:type="dxa" w:w="6336"/>
          </w:tcPr>
          <w:p>
            <w:pPr>
              <w:keepNext/>
              <w:spacing w:before="40"/>
            </w:pPr>
            <w:r>
              <w:rPr>
                <w:rFonts w:ascii="Arial" w:hAnsi="Arial" w:eastAsia="Arial" w:cs="Arial"/>
                <w:b w:val="0"/>
                <w:i w:val="0"/>
                <w:color w:val="6B6B6B"/>
                <w:sz w:val="17"/>
              </w:rPr>
              <w:t>Email or Phone (optional)</w:t>
            </w:r>
          </w:p>
        </w:tc>
        <w:tc>
          <w:tcPr>
            <w:tcW w:type="dxa" w:w="576"/>
          </w:tcPr>
          <w:p>
            <w:pPr>
              <w:keepNext/>
            </w:pPr>
          </w:p>
        </w:tc>
        <w:tc>
          <w:tcPr>
            <w:tcW w:type="dxa" w:w="3168"/>
          </w:tcPr>
          <w:p>
            <w:pPr>
              <w:keepNext/>
            </w:pPr>
          </w:p>
        </w:tc>
      </w:tr>
    </w:tbl>
    <w:p>
      <w:pPr>
        <w:spacing w:before="280"/>
        <w:jc w:val="center"/>
      </w:pPr>
      <w:r>
        <w:rPr>
          <w:rFonts w:ascii="Arial" w:hAnsi="Arial" w:eastAsia="Arial" w:cs="Arial"/>
          <w:i/>
          <w:color w:val="6B6B6B"/>
          <w:sz w:val="16"/>
        </w:rPr>
        <w:t>Sample only, not legal advice. Consult an attorney for your jurisdiction.</w:t>
      </w:r>
    </w:p>
    <w:sectPr w:rsidR="00FC693F" w:rsidRPr="0006063C" w:rsidSect="00034616"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multiLevelType w:val="singleLevel"/>
    <w:lvl w:ilvl="0">
      <w:start w:val="1"/>
      <w:numFmt w:val="decimal"/>
      <w:lvlText w:val="%1."/>
      <w:lvlJc w:val="left"/>
      <w:pPr>
        <w:ind w:left="300" w:hanging="300"/>
      </w:pPr>
      <w:rPr>
        <w:rFonts w:ascii="Arial" w:hAnsi="Arial" w:cs="Arial"/>
        <w:b/>
        <w:sz w:val="20"/>
        <w:szCs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eastAsia="Arial" w:cs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 Release Form</dc:title>
  <dc:subject/>
  <dc:creator>Lightfolio</dc:creator>
  <cp:keywords/>
  <dc:description/>
  <cp:lastModifiedBy>Lightfolio</cp:lastModifiedBy>
  <cp:revision>1</cp:revision>
  <dcterms:created xsi:type="dcterms:W3CDTF">2026-09-24T21:12:46Z</dcterms:created>
  <dcterms:modified xsi:type="dcterms:W3CDTF">2026-09-24T21:12:46Z</dcterms:modified>
  <cp:category/>
</cp:coreProperties>
</file>